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44"/>
        </w:rPr>
        <w:t>RĒĶINS</w:t>
      </w:r>
    </w:p>
    <w:p>
      <w:r>
        <w:t>Rēķina Nr.: ______________</w:t>
      </w:r>
    </w:p>
    <w:p>
      <w:r>
        <w:t>Izrakstīšanas datums: ______________</w:t>
      </w:r>
    </w:p>
    <w:p>
      <w:r>
        <w:t>Apmaksas termiņš: ______________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Izsniedzējs</w:t>
              <w:br/>
            </w:r>
          </w:p>
          <w:p>
            <w:r>
              <w:t>Nosaukums / vārds, uzvārds</w:t>
              <w:br/>
              <w:t>Reģistrācijas Nr. / PVN Nr.</w:t>
              <w:br/>
              <w:t>Adrese</w:t>
              <w:br/>
              <w:t>Konts (IBAN)</w:t>
              <w:br/>
              <w:t>Banka / BIC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Maksātājs</w:t>
              <w:br/>
            </w:r>
          </w:p>
          <w:p>
            <w:r>
              <w:t>Nosaukums / vārds, uzvārds</w:t>
              <w:br/>
              <w:t>Reģistrācijas Nr.</w:t>
              <w:br/>
              <w:t>Adrese</w:t>
            </w:r>
          </w:p>
        </w:tc>
      </w:tr>
    </w:tbl>
    <w:p/>
    <w:p>
      <w:r>
        <w:t>Pakalpojuma vai preces apraksts (mērķis): 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Nr.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Apraksts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Daudzums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Vienība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Cena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Summa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>
            <w:r>
              <w:rPr>
                <w:b w:val="0"/>
              </w:rPr>
              <w:t>Starpsumma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>
            <w:r>
              <w:rPr>
                <w:b w:val="0"/>
              </w:rPr>
              <w:t>PVN 21%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>
            <w:r>
              <w:rPr>
                <w:b/>
              </w:rPr>
              <w:t>Kopā apmaksai</w:t>
            </w:r>
          </w:p>
        </w:tc>
        <w:tc>
          <w:tcPr>
            <w:tcW w:type="dxa" w:w="1440"/>
          </w:tcPr>
          <w:p/>
        </w:tc>
      </w:tr>
    </w:tbl>
    <w:p>
      <w:r>
        <w:rPr>
          <w:i/>
          <w:color w:val="94A3B8"/>
        </w:rPr>
        <w:br/>
        <w:t>Rēķins sagatavots elektroniski un ir derīgs bez paraksta.</w:t>
      </w:r>
    </w:p>
    <w:p>
      <w:pPr>
        <w:jc w:val="right"/>
      </w:pPr>
      <w:r>
        <w:rPr>
          <w:color w:val="1F9950"/>
        </w:rPr>
        <w:t>Izveidots ar rekinstev.lv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